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13A" w:rsidRDefault="00C118B1">
      <w:pPr>
        <w:pStyle w:val="Ttulo"/>
        <w:jc w:val="center"/>
      </w:pPr>
      <w:bookmarkStart w:id="0" w:name="_GoBack"/>
      <w:bookmarkEnd w:id="0"/>
      <w:r>
        <w:rPr>
          <w:rFonts w:ascii="Times New Roman" w:hAnsi="Times New Roman"/>
          <w:sz w:val="28"/>
        </w:rPr>
        <w:t>REQUERIMENTO DE REGISTRO DE CHAPA</w:t>
      </w:r>
    </w:p>
    <w:p w:rsidR="00F2113A" w:rsidRDefault="00C118B1">
      <w:pPr>
        <w:jc w:val="center"/>
      </w:pPr>
      <w:r>
        <w:t>Eleição da Mesa Diretora | Biênio 2027–2028</w:t>
      </w:r>
    </w:p>
    <w:p w:rsidR="00F2113A" w:rsidRDefault="00C118B1">
      <w:r>
        <w:t>Ao Excelentíssimo Senhor Presidente da Câmara Municipal de Novo Lino/AL</w:t>
      </w:r>
    </w:p>
    <w:p w:rsidR="00F2113A" w:rsidRDefault="00C118B1">
      <w:r>
        <w:t>Os Vereadores abaixo identificados requerem o registro da chapa indicada para concorrer à eleição da Mesa</w:t>
      </w:r>
      <w:r>
        <w:t xml:space="preserve"> Diretora da Câmara Municipal de Novo Lino/AL, biênio 2027–2028, convocada pelo Edital nº 02/2026, para a sessão de 7 de outubro de 2026, às 15h30.</w:t>
      </w:r>
    </w:p>
    <w:p w:rsidR="00F2113A" w:rsidRDefault="00C118B1">
      <w:r>
        <w:t>Denominação da chapa: __________________________________    Número pretendido: ______</w:t>
      </w:r>
    </w:p>
    <w:p w:rsidR="00F2113A" w:rsidRDefault="00C118B1">
      <w:r>
        <w:t>Presidente: __________</w:t>
      </w:r>
      <w:r>
        <w:t>____________________________________________________</w:t>
      </w:r>
    </w:p>
    <w:p w:rsidR="00F2113A" w:rsidRDefault="00C118B1">
      <w:r>
        <w:t>Vice-Presidente: ______________________________________________________________</w:t>
      </w:r>
    </w:p>
    <w:p w:rsidR="00F2113A" w:rsidRDefault="00C118B1">
      <w:r>
        <w:t>Primeiro Secretário: ______________________________________________________________</w:t>
      </w:r>
    </w:p>
    <w:p w:rsidR="00F2113A" w:rsidRDefault="00C118B1">
      <w:r>
        <w:t>Segundo Secretário: ___________________</w:t>
      </w:r>
      <w:r>
        <w:t>___________________________________________</w:t>
      </w:r>
    </w:p>
    <w:p w:rsidR="00F2113A" w:rsidRDefault="00C118B1">
      <w:r>
        <w:t xml:space="preserve">Cada integrante declara, por sua assinatura abaixo, que consente expressamente com sua candidatura ao cargo indicado, que não integra outra chapa e que autoriza a apresentação deste requerimento à Presidência. O </w:t>
      </w:r>
      <w:r>
        <w:t>registro fica sujeito à conferência das condições legais e regimentais aplicáveis.</w:t>
      </w:r>
    </w:p>
    <w:p w:rsidR="00F2113A" w:rsidRDefault="00C118B1">
      <w:r>
        <w:t>____________________________________________</w:t>
      </w:r>
      <w:r>
        <w:br/>
        <w:t>Assinatura do(a) candidato(a) a Presidente</w:t>
      </w:r>
    </w:p>
    <w:p w:rsidR="00F2113A" w:rsidRDefault="00C118B1">
      <w:r>
        <w:t>____________________________________________</w:t>
      </w:r>
      <w:r>
        <w:br/>
        <w:t>Assinatura do(a) candidato(a) a Vice-Pre</w:t>
      </w:r>
      <w:r>
        <w:t>sidente</w:t>
      </w:r>
    </w:p>
    <w:p w:rsidR="00F2113A" w:rsidRDefault="00C118B1">
      <w:r>
        <w:t>____________________________________________</w:t>
      </w:r>
      <w:r>
        <w:br/>
        <w:t>Assinatura do(a) candidato(a) a Primeiro Secretário</w:t>
      </w:r>
    </w:p>
    <w:p w:rsidR="00F2113A" w:rsidRDefault="00C118B1">
      <w:r>
        <w:t>____________________________________________</w:t>
      </w:r>
      <w:r>
        <w:br/>
        <w:t>Assinatura do(a) candidato(a) a Segundo Secretário</w:t>
      </w:r>
    </w:p>
    <w:p w:rsidR="00F2113A" w:rsidRDefault="00C118B1">
      <w:pPr>
        <w:jc w:val="right"/>
      </w:pPr>
      <w:r>
        <w:t>Novo Lino/AL, ____ de __________________ de 2026, às __</w:t>
      </w:r>
      <w:r>
        <w:t>____.</w:t>
      </w:r>
    </w:p>
    <w:p w:rsidR="00F2113A" w:rsidRDefault="00C118B1">
      <w:r>
        <w:t>PROTOCOLO DA SECRETARIA — Recebido em ____/____/2026, às ______.</w:t>
      </w:r>
      <w:r>
        <w:br/>
        <w:t>Servidor(a): _____________________________  Assinatura: _____________________________</w:t>
      </w:r>
      <w:r>
        <w:br/>
        <w:t>Entrega pessoal à Presidência em ____/____/2026, às ______.</w:t>
      </w:r>
      <w:r>
        <w:br/>
        <w:t>Recebido por: _________________________</w:t>
      </w:r>
      <w:r>
        <w:t>___</w:t>
      </w:r>
    </w:p>
    <w:sectPr w:rsidR="00F2113A" w:rsidSect="00034616">
      <w:headerReference w:type="default" r:id="rId9"/>
      <w:footerReference w:type="default" r:id="rId10"/>
      <w:pgSz w:w="11909" w:h="16834"/>
      <w:pgMar w:top="2390" w:right="1296" w:bottom="1181" w:left="1296" w:header="216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8B1" w:rsidRDefault="00C118B1">
      <w:pPr>
        <w:spacing w:after="0" w:line="240" w:lineRule="auto"/>
      </w:pPr>
      <w:r>
        <w:separator/>
      </w:r>
    </w:p>
  </w:endnote>
  <w:endnote w:type="continuationSeparator" w:id="0">
    <w:p w:rsidR="00C118B1" w:rsidRDefault="00C11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3A" w:rsidRDefault="00C118B1">
    <w:pPr>
      <w:spacing w:after="0"/>
      <w:jc w:val="center"/>
    </w:pPr>
    <w:r>
      <w:rPr>
        <w:sz w:val="16"/>
      </w:rPr>
      <w:t>Rua do Comércio, nº 265, Centro, CEP 57970-000, Novo Lino/AL</w:t>
    </w:r>
  </w:p>
  <w:p w:rsidR="00F2113A" w:rsidRDefault="00C118B1">
    <w:pPr>
      <w:spacing w:after="0"/>
      <w:jc w:val="center"/>
    </w:pPr>
    <w:r>
      <w:rPr>
        <w:sz w:val="16"/>
      </w:rPr>
      <w:t>CNPJ 24.471.922/0001-45  |  novolinocamara23@gmail.com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8B1" w:rsidRDefault="00C118B1">
      <w:pPr>
        <w:spacing w:after="0" w:line="240" w:lineRule="auto"/>
      </w:pPr>
      <w:r>
        <w:separator/>
      </w:r>
    </w:p>
  </w:footnote>
  <w:footnote w:type="continuationSeparator" w:id="0">
    <w:p w:rsidR="00C118B1" w:rsidRDefault="00C11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3A" w:rsidRDefault="00C118B1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1673352" cy="124028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mara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3352" cy="12402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118B1"/>
    <w:rsid w:val="00C20436"/>
    <w:rsid w:val="00CB0664"/>
    <w:rsid w:val="00F211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C20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04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C20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04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C5596F-0090-4622-AA6F-FB0B7D70C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1515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MARCEL</cp:lastModifiedBy>
  <cp:revision>2</cp:revision>
  <dcterms:created xsi:type="dcterms:W3CDTF">2026-09-23T21:56:00Z</dcterms:created>
  <dcterms:modified xsi:type="dcterms:W3CDTF">2026-09-23T21:56:00Z</dcterms:modified>
</cp:coreProperties>
</file>